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00372" w14:textId="1DD53989" w:rsidR="007F2B42" w:rsidRPr="00546A32" w:rsidRDefault="009A042D">
      <w:pPr>
        <w:pStyle w:val="Ttulo1"/>
        <w:jc w:val="center"/>
        <w:rPr>
          <w:lang w:val="pt-BR"/>
        </w:rPr>
      </w:pPr>
      <w:r>
        <w:rPr>
          <w:noProof/>
        </w:rPr>
        <w:drawing>
          <wp:inline distT="0" distB="0" distL="0" distR="0" wp14:anchorId="180CEC6D" wp14:editId="07E26686">
            <wp:extent cx="5486400" cy="8229600"/>
            <wp:effectExtent l="0" t="0" r="0" b="0"/>
            <wp:docPr id="1" name="Picture 1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o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20EB" w:rsidRPr="00546A32">
        <w:rPr>
          <w:lang w:val="pt-BR"/>
        </w:rPr>
        <w:lastRenderedPageBreak/>
        <w:t>KIT EXCLUSIVO PARA PROFESSORES DE EBD</w:t>
      </w:r>
    </w:p>
    <w:p w14:paraId="5770E775" w14:textId="77777777" w:rsidR="007F2B42" w:rsidRPr="00546A32" w:rsidRDefault="00EE20EB">
      <w:pPr>
        <w:jc w:val="center"/>
        <w:rPr>
          <w:lang w:val="pt-BR"/>
        </w:rPr>
      </w:pPr>
      <w:r w:rsidRPr="00546A32">
        <w:rPr>
          <w:color w:val="19396B"/>
          <w:sz w:val="28"/>
          <w:lang w:val="pt-BR"/>
        </w:rPr>
        <w:t>Planejamento, Reflexão e Dinâmicas para Aulas Inesquecíveis</w:t>
      </w:r>
    </w:p>
    <w:p w14:paraId="216C5271" w14:textId="77777777" w:rsidR="007F2B42" w:rsidRPr="00546A32" w:rsidRDefault="007F2B42">
      <w:pPr>
        <w:rPr>
          <w:lang w:val="pt-BR"/>
        </w:rPr>
      </w:pPr>
    </w:p>
    <w:p w14:paraId="53A371D8" w14:textId="77777777" w:rsidR="007F2B42" w:rsidRPr="00546A32" w:rsidRDefault="00EE20EB">
      <w:pPr>
        <w:pStyle w:val="Ttulo2"/>
        <w:rPr>
          <w:lang w:val="pt-BR"/>
        </w:rPr>
      </w:pPr>
      <w:r w:rsidRPr="00546A32">
        <w:rPr>
          <w:lang w:val="pt-BR"/>
        </w:rPr>
        <w:t>1. MOTIVAÇÃO INICIAL</w:t>
      </w:r>
    </w:p>
    <w:p w14:paraId="40535F88" w14:textId="77777777" w:rsidR="007F2B42" w:rsidRPr="00546A32" w:rsidRDefault="00EE20EB">
      <w:pPr>
        <w:rPr>
          <w:lang w:val="pt-BR"/>
        </w:rPr>
      </w:pPr>
      <w:r w:rsidRPr="00546A32">
        <w:rPr>
          <w:sz w:val="24"/>
          <w:lang w:val="pt-BR"/>
        </w:rPr>
        <w:t>Ensinar a Palavra de Deus é um chamado. Este kit foi criado para renovar sua missão como professor(a) da Escola Bíblica Dominical. Aqui você encontrará ferramentas práticas e edificantes para planejar, aplicar e impactar vidas através do ensino cristão.</w:t>
      </w:r>
    </w:p>
    <w:p w14:paraId="5984CC1B" w14:textId="77777777" w:rsidR="007F2B42" w:rsidRDefault="00EE20EB">
      <w:pPr>
        <w:pStyle w:val="Ttulo2"/>
      </w:pPr>
      <w:r>
        <w:t>2. CHECKLIST DO PROFESSOR</w:t>
      </w:r>
    </w:p>
    <w:p w14:paraId="569710A2" w14:textId="77777777" w:rsidR="007F2B42" w:rsidRPr="00546A32" w:rsidRDefault="00EE20EB">
      <w:pPr>
        <w:pStyle w:val="Commarcadores"/>
        <w:rPr>
          <w:lang w:val="pt-BR"/>
        </w:rPr>
      </w:pPr>
      <w:r w:rsidRPr="00546A32">
        <w:rPr>
          <w:lang w:val="pt-BR"/>
        </w:rPr>
        <w:t>✔</w:t>
      </w:r>
      <w:r>
        <w:t>️</w:t>
      </w:r>
      <w:r w:rsidRPr="00546A32">
        <w:rPr>
          <w:lang w:val="pt-BR"/>
        </w:rPr>
        <w:t xml:space="preserve"> Li a lição com antecedência.</w:t>
      </w:r>
    </w:p>
    <w:p w14:paraId="7C65F51C" w14:textId="77777777" w:rsidR="007F2B42" w:rsidRDefault="00EE20EB">
      <w:pPr>
        <w:pStyle w:val="Commarcadores"/>
      </w:pPr>
      <w:r>
        <w:t>✔</w:t>
      </w:r>
      <w:r>
        <w:t>️</w:t>
      </w:r>
      <w:r>
        <w:t xml:space="preserve"> </w:t>
      </w:r>
      <w:proofErr w:type="spellStart"/>
      <w:r>
        <w:t>Busquei</w:t>
      </w:r>
      <w:proofErr w:type="spellEnd"/>
      <w:r>
        <w:t xml:space="preserve"> </w:t>
      </w:r>
      <w:proofErr w:type="spellStart"/>
      <w:r>
        <w:t>referências</w:t>
      </w:r>
      <w:proofErr w:type="spellEnd"/>
      <w:r>
        <w:t xml:space="preserve"> </w:t>
      </w:r>
      <w:proofErr w:type="spellStart"/>
      <w:r>
        <w:t>bíblicas</w:t>
      </w:r>
      <w:proofErr w:type="spellEnd"/>
      <w:r>
        <w:t xml:space="preserve"> extras.</w:t>
      </w:r>
    </w:p>
    <w:p w14:paraId="6E792057" w14:textId="77777777" w:rsidR="007F2B42" w:rsidRDefault="00EE20EB">
      <w:pPr>
        <w:pStyle w:val="Commarcadores"/>
      </w:pPr>
      <w:r>
        <w:t>✔</w:t>
      </w:r>
      <w:r>
        <w:t>️</w:t>
      </w:r>
      <w:r>
        <w:t xml:space="preserve"> Planejei uma dinâmica criativa.</w:t>
      </w:r>
    </w:p>
    <w:p w14:paraId="37DA9C79" w14:textId="77777777" w:rsidR="007F2B42" w:rsidRDefault="00EE20EB">
      <w:pPr>
        <w:pStyle w:val="Commarcadores"/>
      </w:pPr>
      <w:r>
        <w:t>✔</w:t>
      </w:r>
      <w:r>
        <w:t>️</w:t>
      </w:r>
      <w:r>
        <w:t xml:space="preserve"> Preparei uma aplicação prática.</w:t>
      </w:r>
    </w:p>
    <w:p w14:paraId="58B192F7" w14:textId="77777777" w:rsidR="007F2B42" w:rsidRPr="00546A32" w:rsidRDefault="00EE20EB">
      <w:pPr>
        <w:pStyle w:val="Commarcadores"/>
        <w:rPr>
          <w:lang w:val="pt-BR"/>
        </w:rPr>
      </w:pPr>
      <w:r w:rsidRPr="00546A32">
        <w:rPr>
          <w:lang w:val="pt-BR"/>
        </w:rPr>
        <w:t>✔</w:t>
      </w:r>
      <w:proofErr w:type="gramStart"/>
      <w:r>
        <w:t>️</w:t>
      </w:r>
      <w:r w:rsidRPr="00546A32">
        <w:rPr>
          <w:lang w:val="pt-BR"/>
        </w:rPr>
        <w:t xml:space="preserve"> Orei</w:t>
      </w:r>
      <w:proofErr w:type="gramEnd"/>
      <w:r w:rsidRPr="00546A32">
        <w:rPr>
          <w:lang w:val="pt-BR"/>
        </w:rPr>
        <w:t xml:space="preserve"> pelos alunos durante a semana.</w:t>
      </w:r>
    </w:p>
    <w:p w14:paraId="2F5FF2BC" w14:textId="77777777" w:rsidR="007F2B42" w:rsidRPr="00546A32" w:rsidRDefault="00EE20EB">
      <w:pPr>
        <w:pStyle w:val="Commarcadores"/>
        <w:rPr>
          <w:lang w:val="pt-BR"/>
        </w:rPr>
      </w:pPr>
      <w:r w:rsidRPr="00546A32">
        <w:rPr>
          <w:lang w:val="pt-BR"/>
        </w:rPr>
        <w:t>✔</w:t>
      </w:r>
      <w:proofErr w:type="gramStart"/>
      <w:r>
        <w:t>️</w:t>
      </w:r>
      <w:r w:rsidRPr="00546A32">
        <w:rPr>
          <w:lang w:val="pt-BR"/>
        </w:rPr>
        <w:t xml:space="preserve"> Revisei</w:t>
      </w:r>
      <w:proofErr w:type="gramEnd"/>
      <w:r w:rsidRPr="00546A32">
        <w:rPr>
          <w:lang w:val="pt-BR"/>
        </w:rPr>
        <w:t xml:space="preserve"> o tempo e a linguagem da aula.</w:t>
      </w:r>
    </w:p>
    <w:p w14:paraId="4D83DCC1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07D76093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66E70C7B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6E6F6EF8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7794B422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176616B8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1D554F01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4B814418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5823E64E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685FF208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60381EF3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286CD0C3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7823E106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2BDA6349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00556317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005C210A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74C98780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6ECC5491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23AEC5EB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203FD6E4" w14:textId="77777777" w:rsid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1212ACC2" w14:textId="77777777" w:rsidR="00546A32" w:rsidRPr="00546A32" w:rsidRDefault="00546A32" w:rsidP="00546A32">
      <w:pPr>
        <w:pStyle w:val="Commarcadores"/>
        <w:numPr>
          <w:ilvl w:val="0"/>
          <w:numId w:val="0"/>
        </w:numPr>
        <w:ind w:left="360" w:hanging="360"/>
        <w:rPr>
          <w:lang w:val="pt-BR"/>
        </w:rPr>
      </w:pPr>
    </w:p>
    <w:p w14:paraId="0EEFEA72" w14:textId="77777777" w:rsidR="007F2B42" w:rsidRPr="00546A32" w:rsidRDefault="00EE20EB">
      <w:pPr>
        <w:pStyle w:val="Ttulo2"/>
        <w:rPr>
          <w:lang w:val="pt-BR"/>
        </w:rPr>
      </w:pPr>
      <w:r w:rsidRPr="00546A32">
        <w:rPr>
          <w:lang w:val="pt-BR"/>
        </w:rPr>
        <w:lastRenderedPageBreak/>
        <w:t>3. PLANO DE AULA MODELO</w:t>
      </w:r>
    </w:p>
    <w:p w14:paraId="2501CA38" w14:textId="77777777" w:rsidR="007F2B42" w:rsidRPr="00546A32" w:rsidRDefault="00EE20EB">
      <w:pPr>
        <w:pStyle w:val="CitaoIntensa"/>
        <w:rPr>
          <w:lang w:val="pt-BR"/>
        </w:rPr>
      </w:pPr>
      <w:r w:rsidRPr="00546A32">
        <w:rPr>
          <w:lang w:val="pt-BR"/>
        </w:rPr>
        <w:t>Tema: O Novo Nascimento – João 3</w:t>
      </w:r>
    </w:p>
    <w:p w14:paraId="50B77FAA" w14:textId="77777777" w:rsidR="007F2B42" w:rsidRPr="00546A32" w:rsidRDefault="00EE20EB">
      <w:pPr>
        <w:pStyle w:val="CitaoIntensa"/>
        <w:rPr>
          <w:lang w:val="pt-BR"/>
        </w:rPr>
      </w:pPr>
      <w:r w:rsidRPr="00546A32">
        <w:rPr>
          <w:lang w:val="pt-BR"/>
        </w:rPr>
        <w:t>Texto Base: João 3.1–21</w:t>
      </w:r>
    </w:p>
    <w:p w14:paraId="1261089D" w14:textId="77777777" w:rsidR="00D62E93" w:rsidRDefault="00D62E93" w:rsidP="00D62E93">
      <w:pPr>
        <w:rPr>
          <w:lang w:val="pt-BR"/>
        </w:rPr>
      </w:pPr>
      <w:r>
        <w:rPr>
          <w:lang w:val="pt-BR"/>
        </w:rPr>
        <w:t xml:space="preserve">3.1. </w:t>
      </w:r>
      <w:r w:rsidR="00EE20EB" w:rsidRPr="00546A32">
        <w:rPr>
          <w:lang w:val="pt-BR"/>
        </w:rPr>
        <w:t>Objetivo: Compreender a necessidade espiritual do novo nascimento e aplicá-la à vida cristã prática.</w:t>
      </w:r>
    </w:p>
    <w:p w14:paraId="41F5803B" w14:textId="28564D35" w:rsidR="007F2B42" w:rsidRPr="00D62E93" w:rsidRDefault="009A042D" w:rsidP="00D62E93">
      <w:pPr>
        <w:rPr>
          <w:lang w:val="pt-BR"/>
        </w:rPr>
      </w:pPr>
      <w:r>
        <w:rPr>
          <w:lang w:val="pt-BR"/>
        </w:rPr>
        <w:t>3.2</w:t>
      </w:r>
      <w:r w:rsidR="00D62E93">
        <w:t xml:space="preserve">. </w:t>
      </w:r>
      <w:proofErr w:type="spellStart"/>
      <w:r w:rsidR="00EE20EB">
        <w:t>Introdução</w:t>
      </w:r>
      <w:proofErr w:type="spellEnd"/>
      <w:r w:rsidR="00EE20EB">
        <w:t>:</w:t>
      </w:r>
    </w:p>
    <w:p w14:paraId="02451C86" w14:textId="77777777" w:rsidR="007F2B42" w:rsidRPr="00546A32" w:rsidRDefault="00EE20EB">
      <w:pPr>
        <w:rPr>
          <w:lang w:val="pt-BR"/>
        </w:rPr>
      </w:pPr>
      <w:r w:rsidRPr="00546A32">
        <w:rPr>
          <w:lang w:val="pt-BR"/>
        </w:rPr>
        <w:t>•</w:t>
      </w:r>
      <w:r w:rsidRPr="00546A32">
        <w:rPr>
          <w:lang w:val="pt-BR"/>
        </w:rPr>
        <w:t xml:space="preserve"> Pergunta para a classe: "Você já se sentiu confuso diante de um ensino bíblico?"</w:t>
      </w:r>
    </w:p>
    <w:p w14:paraId="3063DFED" w14:textId="77777777" w:rsidR="007F2B42" w:rsidRPr="00546A32" w:rsidRDefault="00EE20EB">
      <w:pPr>
        <w:rPr>
          <w:lang w:val="pt-BR"/>
        </w:rPr>
      </w:pPr>
      <w:r w:rsidRPr="00546A32">
        <w:rPr>
          <w:lang w:val="pt-BR"/>
        </w:rPr>
        <w:t>• Compartilhar brevemente o contexto de Nicodemos.</w:t>
      </w:r>
    </w:p>
    <w:p w14:paraId="02925721" w14:textId="177BC5AA" w:rsidR="007F2B42" w:rsidRDefault="009A042D" w:rsidP="009A042D">
      <w:pPr>
        <w:pStyle w:val="Numerada"/>
        <w:numPr>
          <w:ilvl w:val="0"/>
          <w:numId w:val="0"/>
        </w:numPr>
        <w:ind w:left="360" w:hanging="360"/>
      </w:pPr>
      <w:proofErr w:type="gramStart"/>
      <w:r>
        <w:t xml:space="preserve">3.2. </w:t>
      </w:r>
      <w:r w:rsidR="00EE20EB">
        <w:t>.</w:t>
      </w:r>
      <w:proofErr w:type="gramEnd"/>
      <w:r w:rsidR="00EE20EB">
        <w:t xml:space="preserve"> Desenvolvimento:</w:t>
      </w:r>
    </w:p>
    <w:p w14:paraId="432530CE" w14:textId="77777777" w:rsidR="007F2B42" w:rsidRPr="00546A32" w:rsidRDefault="00EE20EB">
      <w:pPr>
        <w:rPr>
          <w:lang w:val="pt-BR"/>
        </w:rPr>
      </w:pPr>
      <w:r w:rsidRPr="00546A32">
        <w:rPr>
          <w:lang w:val="pt-BR"/>
        </w:rPr>
        <w:t>• Explique a diferença entre nascimento físico e espiritual (</w:t>
      </w:r>
      <w:proofErr w:type="spellStart"/>
      <w:r w:rsidRPr="00546A32">
        <w:rPr>
          <w:lang w:val="pt-BR"/>
        </w:rPr>
        <w:t>Jo</w:t>
      </w:r>
      <w:proofErr w:type="spellEnd"/>
      <w:r w:rsidRPr="00546A32">
        <w:rPr>
          <w:lang w:val="pt-BR"/>
        </w:rPr>
        <w:t xml:space="preserve"> 3.6).</w:t>
      </w:r>
    </w:p>
    <w:p w14:paraId="04CE21F0" w14:textId="77777777" w:rsidR="007F2B42" w:rsidRPr="00546A32" w:rsidRDefault="00EE20EB">
      <w:pPr>
        <w:rPr>
          <w:lang w:val="pt-BR"/>
        </w:rPr>
      </w:pPr>
      <w:r w:rsidRPr="00546A32">
        <w:rPr>
          <w:lang w:val="pt-BR"/>
        </w:rPr>
        <w:t>• Traga aplicações sobre o novo nascimento e a obra do Espírito Santo.</w:t>
      </w:r>
    </w:p>
    <w:p w14:paraId="72F8A929" w14:textId="5F5D5D5E" w:rsidR="007F2B42" w:rsidRDefault="00EE20EB" w:rsidP="009A042D">
      <w:pPr>
        <w:pStyle w:val="Numerada"/>
        <w:numPr>
          <w:ilvl w:val="1"/>
          <w:numId w:val="12"/>
        </w:numPr>
      </w:pPr>
      <w:proofErr w:type="spellStart"/>
      <w:r>
        <w:t>Dinâmica</w:t>
      </w:r>
      <w:proofErr w:type="spellEnd"/>
      <w:r>
        <w:t>:</w:t>
      </w:r>
    </w:p>
    <w:p w14:paraId="487E73D8" w14:textId="77777777" w:rsidR="007F2B42" w:rsidRPr="00546A32" w:rsidRDefault="00EE20EB">
      <w:pPr>
        <w:rPr>
          <w:lang w:val="pt-BR"/>
        </w:rPr>
      </w:pPr>
      <w:r w:rsidRPr="00546A32">
        <w:rPr>
          <w:lang w:val="pt-BR"/>
        </w:rPr>
        <w:t>• Nome: "Transformados pela Água e pelo Espírito"</w:t>
      </w:r>
      <w:r w:rsidRPr="00546A32">
        <w:rPr>
          <w:lang w:val="pt-BR"/>
        </w:rPr>
        <w:br/>
        <w:t>• Materiais: Papel celofane azul, fita adesiva, marcador.</w:t>
      </w:r>
      <w:r w:rsidRPr="00546A32">
        <w:rPr>
          <w:lang w:val="pt-BR"/>
        </w:rPr>
        <w:br/>
        <w:t>• Instruções: Cada aluno escreve no papel uma “velha atitude” que quer deixar. Depois colam na parede com a fita formando uma cruz.</w:t>
      </w:r>
    </w:p>
    <w:p w14:paraId="362EF950" w14:textId="526EBB64" w:rsidR="007F2B42" w:rsidRDefault="00EE20EB" w:rsidP="009A042D">
      <w:pPr>
        <w:pStyle w:val="Numerada"/>
        <w:numPr>
          <w:ilvl w:val="1"/>
          <w:numId w:val="12"/>
        </w:numPr>
      </w:pPr>
      <w:proofErr w:type="spellStart"/>
      <w:r>
        <w:t>Aplicação</w:t>
      </w:r>
      <w:proofErr w:type="spellEnd"/>
      <w:r>
        <w:t xml:space="preserve"> Final:</w:t>
      </w:r>
    </w:p>
    <w:p w14:paraId="431F55B8" w14:textId="77777777" w:rsidR="007F2B42" w:rsidRPr="00546A32" w:rsidRDefault="00EE20EB">
      <w:pPr>
        <w:rPr>
          <w:lang w:val="pt-BR"/>
        </w:rPr>
      </w:pPr>
      <w:r w:rsidRPr="00546A32">
        <w:rPr>
          <w:lang w:val="pt-BR"/>
        </w:rPr>
        <w:t>• Reflita com a turma: O que significa nascer de novo hoje? Como essa verdade pode nos transformar?</w:t>
      </w:r>
    </w:p>
    <w:p w14:paraId="24283DA6" w14:textId="2E5637BD" w:rsidR="007F2B42" w:rsidRPr="00140F4A" w:rsidRDefault="00EE20EB">
      <w:pPr>
        <w:pStyle w:val="Ttulo2"/>
        <w:rPr>
          <w:lang w:val="pt-BR"/>
        </w:rPr>
      </w:pPr>
      <w:r w:rsidRPr="00140F4A">
        <w:rPr>
          <w:lang w:val="pt-BR"/>
        </w:rPr>
        <w:t>4. VERSÍCULOS PARA MEDITAÇÃO</w:t>
      </w:r>
      <w:r w:rsidR="00140F4A" w:rsidRPr="00140F4A">
        <w:rPr>
          <w:lang w:val="pt-BR"/>
        </w:rPr>
        <w:t xml:space="preserve"> </w:t>
      </w:r>
      <w:r w:rsidR="00140F4A">
        <w:rPr>
          <w:lang w:val="pt-BR"/>
        </w:rPr>
        <w:t>E REFLEXÃO PASTORAL</w:t>
      </w:r>
    </w:p>
    <w:p w14:paraId="06998A53" w14:textId="77777777" w:rsidR="00140F4A" w:rsidRDefault="00140F4A">
      <w:pPr>
        <w:rPr>
          <w:lang w:val="pt-BR"/>
        </w:rPr>
      </w:pPr>
    </w:p>
    <w:p w14:paraId="37731A73" w14:textId="429984B2" w:rsidR="00C244CF" w:rsidRPr="00140F4A" w:rsidRDefault="00EE20EB" w:rsidP="00C244CF">
      <w:pPr>
        <w:rPr>
          <w:lang w:val="pt-BR"/>
        </w:rPr>
      </w:pPr>
      <w:r w:rsidRPr="00546A32">
        <w:rPr>
          <w:lang w:val="pt-BR"/>
        </w:rPr>
        <w:br w:type="page"/>
      </w:r>
    </w:p>
    <w:p w14:paraId="5582A2AC" w14:textId="45891839" w:rsidR="00C244CF" w:rsidRPr="00C244CF" w:rsidRDefault="00C244CF" w:rsidP="00C244CF">
      <w:pPr>
        <w:rPr>
          <w:b/>
          <w:bCs/>
          <w:lang w:val="pt-BR"/>
        </w:rPr>
      </w:pPr>
      <w:r w:rsidRPr="00C244CF">
        <w:rPr>
          <w:rFonts w:ascii="Segoe UI Emoji" w:hAnsi="Segoe UI Emoji" w:cs="Segoe UI Emoji"/>
          <w:b/>
          <w:bCs/>
          <w:lang w:val="pt-BR"/>
        </w:rPr>
        <w:lastRenderedPageBreak/>
        <w:t>📖</w:t>
      </w:r>
      <w:r w:rsidRPr="00C244CF">
        <w:rPr>
          <w:b/>
          <w:bCs/>
          <w:lang w:val="pt-BR"/>
        </w:rPr>
        <w:t xml:space="preserve"> João 3.3</w:t>
      </w:r>
    </w:p>
    <w:p w14:paraId="0FA772A5" w14:textId="77777777" w:rsidR="00C244CF" w:rsidRPr="00C244CF" w:rsidRDefault="00C244CF" w:rsidP="00C244CF">
      <w:pPr>
        <w:rPr>
          <w:lang w:val="pt-BR"/>
        </w:rPr>
      </w:pPr>
      <w:r w:rsidRPr="00C244CF">
        <w:rPr>
          <w:b/>
          <w:bCs/>
          <w:lang w:val="pt-BR"/>
        </w:rPr>
        <w:t>“Na verdade, na verdade te digo que aquele que não nascer de novo, não pode ver o Reino de Deus.”</w:t>
      </w:r>
    </w:p>
    <w:p w14:paraId="25E5DA1E" w14:textId="77777777" w:rsidR="00C244CF" w:rsidRPr="00C244CF" w:rsidRDefault="00C244CF" w:rsidP="00C244CF">
      <w:pPr>
        <w:rPr>
          <w:lang w:val="pt-BR"/>
        </w:rPr>
      </w:pPr>
      <w:r w:rsidRPr="00C244CF">
        <w:rPr>
          <w:rFonts w:ascii="Segoe UI Emoji" w:hAnsi="Segoe UI Emoji" w:cs="Segoe UI Emoji"/>
          <w:lang w:val="pt-BR"/>
        </w:rPr>
        <w:t>🕊️</w:t>
      </w:r>
      <w:r w:rsidRPr="00C244CF">
        <w:rPr>
          <w:lang w:val="pt-BR"/>
        </w:rPr>
        <w:t xml:space="preserve"> </w:t>
      </w:r>
      <w:r w:rsidRPr="00C244CF">
        <w:rPr>
          <w:b/>
          <w:bCs/>
          <w:lang w:val="pt-BR"/>
        </w:rPr>
        <w:t>Reflexão Pastoral:</w:t>
      </w:r>
      <w:r w:rsidRPr="00C244CF">
        <w:rPr>
          <w:lang w:val="pt-BR"/>
        </w:rPr>
        <w:br/>
        <w:t>O ensino de Jesus a Nicodemos não foi uma exigência religiosa, mas uma revelação espiritual. O novo nascimento não é apenas um momento de decisão, mas um processo de transformação contínua, onde o Espírito Santo refaz em nós aquilo que o pecado havia desfigurado. Professor, cada aula sua é uma oportunidade para gerar vida nova. Ensinar é cooperar com o mover de Deus no coração dos seus alunos.</w:t>
      </w:r>
    </w:p>
    <w:p w14:paraId="7DED70E2" w14:textId="77777777" w:rsidR="00C244CF" w:rsidRPr="00C244CF" w:rsidRDefault="00C244CF" w:rsidP="00C244CF">
      <w:pPr>
        <w:rPr>
          <w:lang w:val="pt-BR"/>
        </w:rPr>
      </w:pPr>
      <w:r w:rsidRPr="00C244CF">
        <w:rPr>
          <w:lang w:val="pt-BR"/>
        </w:rPr>
        <w:pict w14:anchorId="33B6E5E7">
          <v:rect id="_x0000_i1049" style="width:0;height:1.5pt" o:hralign="center" o:hrstd="t" o:hr="t" fillcolor="#a0a0a0" stroked="f"/>
        </w:pict>
      </w:r>
    </w:p>
    <w:p w14:paraId="191092F4" w14:textId="77777777" w:rsidR="00C244CF" w:rsidRPr="00C244CF" w:rsidRDefault="00C244CF" w:rsidP="00C244CF">
      <w:pPr>
        <w:rPr>
          <w:b/>
          <w:bCs/>
          <w:lang w:val="pt-BR"/>
        </w:rPr>
      </w:pPr>
      <w:r w:rsidRPr="00C244CF">
        <w:rPr>
          <w:rFonts w:ascii="Segoe UI Emoji" w:hAnsi="Segoe UI Emoji" w:cs="Segoe UI Emoji"/>
          <w:b/>
          <w:bCs/>
          <w:lang w:val="pt-BR"/>
        </w:rPr>
        <w:t>📖</w:t>
      </w:r>
      <w:r w:rsidRPr="00C244CF">
        <w:rPr>
          <w:b/>
          <w:bCs/>
          <w:lang w:val="pt-BR"/>
        </w:rPr>
        <w:t xml:space="preserve"> 2 Coríntios 5.17</w:t>
      </w:r>
    </w:p>
    <w:p w14:paraId="2BE25011" w14:textId="77777777" w:rsidR="00C244CF" w:rsidRPr="00C244CF" w:rsidRDefault="00C244CF" w:rsidP="00C244CF">
      <w:pPr>
        <w:rPr>
          <w:lang w:val="pt-BR"/>
        </w:rPr>
      </w:pPr>
      <w:r w:rsidRPr="00C244CF">
        <w:rPr>
          <w:b/>
          <w:bCs/>
          <w:lang w:val="pt-BR"/>
        </w:rPr>
        <w:t>“Assim que, se alguém está em Cristo, nova criatura é: as coisas velhas já passaram; eis que tudo se fez novo.”</w:t>
      </w:r>
    </w:p>
    <w:p w14:paraId="24266336" w14:textId="77777777" w:rsidR="00C244CF" w:rsidRPr="00C244CF" w:rsidRDefault="00C244CF" w:rsidP="00C244CF">
      <w:pPr>
        <w:rPr>
          <w:lang w:val="pt-BR"/>
        </w:rPr>
      </w:pPr>
      <w:r w:rsidRPr="00C244CF">
        <w:rPr>
          <w:rFonts w:ascii="Segoe UI Emoji" w:hAnsi="Segoe UI Emoji" w:cs="Segoe UI Emoji"/>
          <w:lang w:val="pt-BR"/>
        </w:rPr>
        <w:t>🕊️</w:t>
      </w:r>
      <w:r w:rsidRPr="00C244CF">
        <w:rPr>
          <w:lang w:val="pt-BR"/>
        </w:rPr>
        <w:t xml:space="preserve"> </w:t>
      </w:r>
      <w:r w:rsidRPr="00C244CF">
        <w:rPr>
          <w:b/>
          <w:bCs/>
          <w:lang w:val="pt-BR"/>
        </w:rPr>
        <w:t>Reflexão Pastoral:</w:t>
      </w:r>
      <w:r w:rsidRPr="00C244CF">
        <w:rPr>
          <w:lang w:val="pt-BR"/>
        </w:rPr>
        <w:br/>
        <w:t>Não há como ensinar com autoridade aquilo que ainda não tocou nosso coração. Essa promessa de novidade precisa ser real na vida do educador cristão. Abandone a culpa do passado, os medos que te paralisam e abrace com fé a missão de formar discípulos. Deus te renova para renovar outros.</w:t>
      </w:r>
    </w:p>
    <w:p w14:paraId="6FB8C995" w14:textId="77777777" w:rsidR="00C244CF" w:rsidRPr="00C244CF" w:rsidRDefault="00C244CF" w:rsidP="00C244CF">
      <w:pPr>
        <w:rPr>
          <w:lang w:val="pt-BR"/>
        </w:rPr>
      </w:pPr>
      <w:r w:rsidRPr="00C244CF">
        <w:rPr>
          <w:lang w:val="pt-BR"/>
        </w:rPr>
        <w:pict w14:anchorId="0A9E9547">
          <v:rect id="_x0000_i1050" style="width:0;height:1.5pt" o:hralign="center" o:hrstd="t" o:hr="t" fillcolor="#a0a0a0" stroked="f"/>
        </w:pict>
      </w:r>
    </w:p>
    <w:p w14:paraId="1F1A5776" w14:textId="77777777" w:rsidR="00C244CF" w:rsidRPr="00C244CF" w:rsidRDefault="00C244CF" w:rsidP="00C244CF">
      <w:pPr>
        <w:rPr>
          <w:b/>
          <w:bCs/>
          <w:lang w:val="pt-BR"/>
        </w:rPr>
      </w:pPr>
      <w:r w:rsidRPr="00C244CF">
        <w:rPr>
          <w:rFonts w:ascii="Segoe UI Emoji" w:hAnsi="Segoe UI Emoji" w:cs="Segoe UI Emoji"/>
          <w:b/>
          <w:bCs/>
          <w:lang w:val="pt-BR"/>
        </w:rPr>
        <w:t>📖</w:t>
      </w:r>
      <w:r w:rsidRPr="00C244CF">
        <w:rPr>
          <w:b/>
          <w:bCs/>
          <w:lang w:val="pt-BR"/>
        </w:rPr>
        <w:t xml:space="preserve"> Tito 3.5</w:t>
      </w:r>
    </w:p>
    <w:p w14:paraId="509A06EF" w14:textId="77777777" w:rsidR="00C244CF" w:rsidRPr="00C244CF" w:rsidRDefault="00C244CF" w:rsidP="00C244CF">
      <w:pPr>
        <w:rPr>
          <w:lang w:val="pt-BR"/>
        </w:rPr>
      </w:pPr>
      <w:r w:rsidRPr="00C244CF">
        <w:rPr>
          <w:b/>
          <w:bCs/>
          <w:lang w:val="pt-BR"/>
        </w:rPr>
        <w:t>“...não pelas obras de justiça que houvéssemos feito, mas segundo a Sua misericórdia, nos salvou, pela lavagem da regeneração e da renovação do Espírito Santo.”</w:t>
      </w:r>
    </w:p>
    <w:p w14:paraId="4008DA16" w14:textId="77777777" w:rsidR="00C244CF" w:rsidRPr="00C244CF" w:rsidRDefault="00C244CF" w:rsidP="00C244CF">
      <w:pPr>
        <w:rPr>
          <w:lang w:val="pt-BR"/>
        </w:rPr>
      </w:pPr>
      <w:r w:rsidRPr="00C244CF">
        <w:rPr>
          <w:rFonts w:ascii="Segoe UI Emoji" w:hAnsi="Segoe UI Emoji" w:cs="Segoe UI Emoji"/>
          <w:lang w:val="pt-BR"/>
        </w:rPr>
        <w:t>🕊️</w:t>
      </w:r>
      <w:r w:rsidRPr="00C244CF">
        <w:rPr>
          <w:lang w:val="pt-BR"/>
        </w:rPr>
        <w:t xml:space="preserve"> </w:t>
      </w:r>
      <w:r w:rsidRPr="00C244CF">
        <w:rPr>
          <w:b/>
          <w:bCs/>
          <w:lang w:val="pt-BR"/>
        </w:rPr>
        <w:t>Reflexão Pastoral:</w:t>
      </w:r>
      <w:r w:rsidRPr="00C244CF">
        <w:rPr>
          <w:lang w:val="pt-BR"/>
        </w:rPr>
        <w:br/>
        <w:t>Você não está sozinho na missão de ensinar. A regeneração é obra do Espírito, e a renovação também. Seu papel é semear com fidelidade, não carregar o peso da transformação alheia. Ensine com graça. O Espírito fará florescer o que foi plantado com fé.</w:t>
      </w:r>
    </w:p>
    <w:p w14:paraId="2EA360F9" w14:textId="77777777" w:rsidR="00C244CF" w:rsidRPr="00C244CF" w:rsidRDefault="00C244CF" w:rsidP="00C244CF">
      <w:pPr>
        <w:rPr>
          <w:lang w:val="pt-BR"/>
        </w:rPr>
      </w:pPr>
      <w:r w:rsidRPr="00C244CF">
        <w:rPr>
          <w:lang w:val="pt-BR"/>
        </w:rPr>
        <w:pict w14:anchorId="00D18DC7">
          <v:rect id="_x0000_i1051" style="width:0;height:1.5pt" o:hralign="center" o:hrstd="t" o:hr="t" fillcolor="#a0a0a0" stroked="f"/>
        </w:pict>
      </w:r>
    </w:p>
    <w:p w14:paraId="4CCC0846" w14:textId="77777777" w:rsidR="00C244CF" w:rsidRPr="00C244CF" w:rsidRDefault="00C244CF" w:rsidP="00C244CF">
      <w:pPr>
        <w:rPr>
          <w:b/>
          <w:bCs/>
          <w:lang w:val="pt-BR"/>
        </w:rPr>
      </w:pPr>
      <w:r w:rsidRPr="00C244CF">
        <w:rPr>
          <w:rFonts w:ascii="Segoe UI Emoji" w:hAnsi="Segoe UI Emoji" w:cs="Segoe UI Emoji"/>
          <w:b/>
          <w:bCs/>
          <w:lang w:val="pt-BR"/>
        </w:rPr>
        <w:t>📖</w:t>
      </w:r>
      <w:r w:rsidRPr="00C244CF">
        <w:rPr>
          <w:b/>
          <w:bCs/>
          <w:lang w:val="pt-BR"/>
        </w:rPr>
        <w:t xml:space="preserve"> Romanos 12.2</w:t>
      </w:r>
    </w:p>
    <w:p w14:paraId="4A663AC6" w14:textId="77777777" w:rsidR="00C244CF" w:rsidRPr="00C244CF" w:rsidRDefault="00C244CF" w:rsidP="00C244CF">
      <w:pPr>
        <w:rPr>
          <w:lang w:val="pt-BR"/>
        </w:rPr>
      </w:pPr>
      <w:r w:rsidRPr="00C244CF">
        <w:rPr>
          <w:b/>
          <w:bCs/>
          <w:lang w:val="pt-BR"/>
        </w:rPr>
        <w:t>“E não vos conformeis com este mundo, mas transformai-vos pela renovação do vosso entendimento...”</w:t>
      </w:r>
    </w:p>
    <w:p w14:paraId="4EE9937F" w14:textId="77777777" w:rsidR="00C244CF" w:rsidRPr="00C244CF" w:rsidRDefault="00C244CF" w:rsidP="00C244CF">
      <w:pPr>
        <w:rPr>
          <w:lang w:val="pt-BR"/>
        </w:rPr>
      </w:pPr>
      <w:r w:rsidRPr="00C244CF">
        <w:rPr>
          <w:rFonts w:ascii="Segoe UI Emoji" w:hAnsi="Segoe UI Emoji" w:cs="Segoe UI Emoji"/>
          <w:lang w:val="pt-BR"/>
        </w:rPr>
        <w:t>🕊️</w:t>
      </w:r>
      <w:r w:rsidRPr="00C244CF">
        <w:rPr>
          <w:lang w:val="pt-BR"/>
        </w:rPr>
        <w:t xml:space="preserve"> </w:t>
      </w:r>
      <w:r w:rsidRPr="00C244CF">
        <w:rPr>
          <w:b/>
          <w:bCs/>
          <w:lang w:val="pt-BR"/>
        </w:rPr>
        <w:t>Reflexão Pastoral:</w:t>
      </w:r>
      <w:r w:rsidRPr="00C244CF">
        <w:rPr>
          <w:lang w:val="pt-BR"/>
        </w:rPr>
        <w:br/>
        <w:t xml:space="preserve">Ser professor da Palavra é ser um instrumento de renovação de mente. Cada aula pode quebrar paradigmas, romper padrões do mundo e abrir novos caminhos de entendimento. </w:t>
      </w:r>
      <w:r w:rsidRPr="00C244CF">
        <w:rPr>
          <w:lang w:val="pt-BR"/>
        </w:rPr>
        <w:lastRenderedPageBreak/>
        <w:t>Mantenha-se também sendo transformado, para que seu ensino tenha unção e relevância. Não é apenas o conteúdo, é o espírito com que você ministra.</w:t>
      </w:r>
    </w:p>
    <w:p w14:paraId="71CC599B" w14:textId="77777777" w:rsidR="00C244CF" w:rsidRPr="00C244CF" w:rsidRDefault="00C244CF" w:rsidP="00C244CF">
      <w:pPr>
        <w:rPr>
          <w:lang w:val="pt-BR"/>
        </w:rPr>
      </w:pPr>
      <w:r w:rsidRPr="00C244CF">
        <w:rPr>
          <w:lang w:val="pt-BR"/>
        </w:rPr>
        <w:pict w14:anchorId="0238BBA0">
          <v:rect id="_x0000_i1052" style="width:0;height:1.5pt" o:hralign="center" o:hrstd="t" o:hr="t" fillcolor="#a0a0a0" stroked="f"/>
        </w:pict>
      </w:r>
    </w:p>
    <w:p w14:paraId="479693C8" w14:textId="77777777" w:rsidR="00C244CF" w:rsidRPr="00C244CF" w:rsidRDefault="00C244CF" w:rsidP="00C244CF">
      <w:pPr>
        <w:rPr>
          <w:b/>
          <w:bCs/>
          <w:lang w:val="pt-BR"/>
        </w:rPr>
      </w:pPr>
      <w:r w:rsidRPr="00C244CF">
        <w:rPr>
          <w:rFonts w:ascii="Segoe UI Emoji" w:hAnsi="Segoe UI Emoji" w:cs="Segoe UI Emoji"/>
          <w:b/>
          <w:bCs/>
          <w:lang w:val="pt-BR"/>
        </w:rPr>
        <w:t>📖</w:t>
      </w:r>
      <w:r w:rsidRPr="00C244CF">
        <w:rPr>
          <w:b/>
          <w:bCs/>
          <w:lang w:val="pt-BR"/>
        </w:rPr>
        <w:t xml:space="preserve"> Isaías 50.4</w:t>
      </w:r>
    </w:p>
    <w:p w14:paraId="76B03EE3" w14:textId="77777777" w:rsidR="00C244CF" w:rsidRPr="00C244CF" w:rsidRDefault="00C244CF" w:rsidP="00C244CF">
      <w:pPr>
        <w:rPr>
          <w:lang w:val="pt-BR"/>
        </w:rPr>
      </w:pPr>
      <w:r w:rsidRPr="00C244CF">
        <w:rPr>
          <w:b/>
          <w:bCs/>
          <w:lang w:val="pt-BR"/>
        </w:rPr>
        <w:t>“O Senhor DEUS me deu uma língua erudita, para que eu saiba dizer a seu tempo uma boa palavra ao que está cansado...”</w:t>
      </w:r>
    </w:p>
    <w:p w14:paraId="6269857F" w14:textId="77777777" w:rsidR="00C244CF" w:rsidRPr="00C244CF" w:rsidRDefault="00C244CF" w:rsidP="00C244CF">
      <w:pPr>
        <w:rPr>
          <w:lang w:val="pt-BR"/>
        </w:rPr>
      </w:pPr>
      <w:r w:rsidRPr="00C244CF">
        <w:rPr>
          <w:rFonts w:ascii="Segoe UI Emoji" w:hAnsi="Segoe UI Emoji" w:cs="Segoe UI Emoji"/>
          <w:lang w:val="pt-BR"/>
        </w:rPr>
        <w:t>🕊️</w:t>
      </w:r>
      <w:r w:rsidRPr="00C244CF">
        <w:rPr>
          <w:lang w:val="pt-BR"/>
        </w:rPr>
        <w:t xml:space="preserve"> </w:t>
      </w:r>
      <w:r w:rsidRPr="00C244CF">
        <w:rPr>
          <w:b/>
          <w:bCs/>
          <w:lang w:val="pt-BR"/>
        </w:rPr>
        <w:t>Reflexão Pastoral:</w:t>
      </w:r>
      <w:r w:rsidRPr="00C244CF">
        <w:rPr>
          <w:lang w:val="pt-BR"/>
        </w:rPr>
        <w:br/>
        <w:t>Há cansaço na alma de muitos que entrarão em sua sala de aula. O ensino da EBD não é apenas doutrinário — é terapêutico, é restaurador. O Senhor te dá uma língua preparada, e um coração sensível, para dizer a palavra certa no tempo certo. Confie nisso e ensine com compaixão.</w:t>
      </w:r>
    </w:p>
    <w:p w14:paraId="262E760B" w14:textId="60F509F4" w:rsidR="007F2B42" w:rsidRDefault="007F2B42"/>
    <w:p w14:paraId="22AD1403" w14:textId="77777777" w:rsidR="00EE20EB" w:rsidRDefault="00EE20EB"/>
    <w:p w14:paraId="54C7F9B6" w14:textId="77777777" w:rsidR="00EE20EB" w:rsidRDefault="00EE20EB"/>
    <w:p w14:paraId="69C01AF5" w14:textId="50E668C7" w:rsidR="00EE20EB" w:rsidRPr="00EE20EB" w:rsidRDefault="00EE20EB">
      <w:pPr>
        <w:rPr>
          <w:b/>
          <w:bCs/>
        </w:rPr>
      </w:pPr>
      <w:r w:rsidRPr="00EE20EB">
        <w:rPr>
          <w:b/>
          <w:bCs/>
        </w:rPr>
        <w:t>Canal Boa Semente</w:t>
      </w:r>
    </w:p>
    <w:p w14:paraId="09FA694C" w14:textId="7CB02C45" w:rsidR="00EE20EB" w:rsidRDefault="00EE20EB">
      <w:r>
        <w:t>Pr. Júlio César Medeiros</w:t>
      </w:r>
    </w:p>
    <w:p w14:paraId="34198904" w14:textId="77777777" w:rsidR="00EE20EB" w:rsidRDefault="00EE20EB"/>
    <w:sectPr w:rsidR="00EE20EB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0B72F" w14:textId="77777777" w:rsidR="00DF3D5D" w:rsidRDefault="00DF3D5D" w:rsidP="00DF3D5D">
      <w:pPr>
        <w:spacing w:after="0" w:line="240" w:lineRule="auto"/>
      </w:pPr>
      <w:r>
        <w:separator/>
      </w:r>
    </w:p>
  </w:endnote>
  <w:endnote w:type="continuationSeparator" w:id="0">
    <w:p w14:paraId="64FC35B6" w14:textId="77777777" w:rsidR="00DF3D5D" w:rsidRDefault="00DF3D5D" w:rsidP="00DF3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6542245"/>
      <w:docPartObj>
        <w:docPartGallery w:val="Page Numbers (Bottom of Page)"/>
        <w:docPartUnique/>
      </w:docPartObj>
    </w:sdtPr>
    <w:sdtContent>
      <w:p w14:paraId="3D9711A3" w14:textId="52683DA6" w:rsidR="00DF3D5D" w:rsidRDefault="00DF3D5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737ED589" w14:textId="77777777" w:rsidR="00DF3D5D" w:rsidRDefault="00DF3D5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49E23" w14:textId="77777777" w:rsidR="00DF3D5D" w:rsidRDefault="00DF3D5D" w:rsidP="00DF3D5D">
      <w:pPr>
        <w:spacing w:after="0" w:line="240" w:lineRule="auto"/>
      </w:pPr>
      <w:r>
        <w:separator/>
      </w:r>
    </w:p>
  </w:footnote>
  <w:footnote w:type="continuationSeparator" w:id="0">
    <w:p w14:paraId="5AFAC328" w14:textId="77777777" w:rsidR="00DF3D5D" w:rsidRDefault="00DF3D5D" w:rsidP="00DF3D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39B741E"/>
    <w:multiLevelType w:val="multilevel"/>
    <w:tmpl w:val="D6C83E7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3C522A8"/>
    <w:multiLevelType w:val="hybridMultilevel"/>
    <w:tmpl w:val="B9AC6F04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72A98"/>
    <w:multiLevelType w:val="multilevel"/>
    <w:tmpl w:val="71C2C30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02502458">
    <w:abstractNumId w:val="8"/>
  </w:num>
  <w:num w:numId="2" w16cid:durableId="1015304902">
    <w:abstractNumId w:val="6"/>
  </w:num>
  <w:num w:numId="3" w16cid:durableId="1162889072">
    <w:abstractNumId w:val="5"/>
  </w:num>
  <w:num w:numId="4" w16cid:durableId="1864438752">
    <w:abstractNumId w:val="4"/>
  </w:num>
  <w:num w:numId="5" w16cid:durableId="1246265055">
    <w:abstractNumId w:val="7"/>
  </w:num>
  <w:num w:numId="6" w16cid:durableId="291986968">
    <w:abstractNumId w:val="3"/>
  </w:num>
  <w:num w:numId="7" w16cid:durableId="283393970">
    <w:abstractNumId w:val="2"/>
  </w:num>
  <w:num w:numId="8" w16cid:durableId="1739090092">
    <w:abstractNumId w:val="1"/>
  </w:num>
  <w:num w:numId="9" w16cid:durableId="1037125313">
    <w:abstractNumId w:val="0"/>
  </w:num>
  <w:num w:numId="10" w16cid:durableId="834414342">
    <w:abstractNumId w:val="11"/>
  </w:num>
  <w:num w:numId="11" w16cid:durableId="1114982820">
    <w:abstractNumId w:val="10"/>
  </w:num>
  <w:num w:numId="12" w16cid:durableId="1875266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0F4A"/>
    <w:rsid w:val="0015074B"/>
    <w:rsid w:val="0029639D"/>
    <w:rsid w:val="00326F90"/>
    <w:rsid w:val="00546A32"/>
    <w:rsid w:val="0063610A"/>
    <w:rsid w:val="007F2B42"/>
    <w:rsid w:val="009A042D"/>
    <w:rsid w:val="00AA1D8D"/>
    <w:rsid w:val="00B47730"/>
    <w:rsid w:val="00C244CF"/>
    <w:rsid w:val="00CB0664"/>
    <w:rsid w:val="00D62E93"/>
    <w:rsid w:val="00DF3D5D"/>
    <w:rsid w:val="00EE20E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12C63143-2059-49B5-9889-BAF27BEAB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613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Julio César Pereira</cp:lastModifiedBy>
  <cp:revision>8</cp:revision>
  <dcterms:created xsi:type="dcterms:W3CDTF">2013-12-23T23:15:00Z</dcterms:created>
  <dcterms:modified xsi:type="dcterms:W3CDTF">2025-08-03T00:22:00Z</dcterms:modified>
  <cp:category/>
</cp:coreProperties>
</file>